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הסופר - טריקים שיווקיים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טריקים שיווקיים נפוצים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הפסיכולוגיה שמאחורי כל טריק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כצרכנים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התאימו: טריק וההסבר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שרואים ראשון - קונים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(מאטה את הצעדים ומאריכה את השהות)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(כדי שנעבור ליד אלפי מוצרים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(המוח קורא את הספרה השמאלית ומרגיש תשע)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מה שרואים ראשון קונים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להאט את הצעדים ולהאריך שהות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קוראים את הספרה השמאלית ומרגישים תשע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פרט בסופר מתוכנן בקפידה כדי להשפיע על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המוח מתמקד בספרה הראשונה ומרגיש תשע ולא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חשבו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לפחות שלושה טריקים מתוך הרשימה עם הסבר קצר לכל אחד, בסדר הגיוני של מסלול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טריק מהרשימה עם ההסבר התואם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המוח קורא את הספרה השמאלית ומתעלם מהעיגול כלפי 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הגעה עם רשימה, אי קנייה ברעב, בדיקת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מי שם לב פעם לטריק כזה בסופר באמת?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מהחנות המקומית כדי לחבר את הנושא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הסיכום כדאי לחזק את המסר הצרכני: מודעות לטריקים עוזרת לחסוך כסף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הסופר - טריקים שיווקיים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סופרמרקטים מתוכננים בקפידה כדי לגרום לנו לקנות יותר ממה שתכננו. בדף הזה נלמד לזהות את הטריקים השיווקיים הנפוצים ביותר ולהבין איך הם פועלים על המוח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איטית  ·  חובה  ·  עיניים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התאימו: טריק וההסבר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מוצר רווחי בגובה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המוח קורא את הספרה השמאלית ומרגיש תשע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מוסיקה איטית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שרואים ראשון - קונים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מוצרי חובה בקצה החנות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מאטה את הצעדים ומאריכה את השהות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מחיר 9.90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כדי שנעבור ליד אלפי מוצרים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מוצרים רווחיים נמצאים בגובה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מה שרואים ראשון קונים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נוח לעובדים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מוסיקה איטית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להרגיע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לחסוך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להאט את הצעדים ולהאריך שהות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במוח כשרואים מחיר 9.90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את הספרה הימנית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את הספרה השמאלית ומרגישים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שמים לב למחיר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סופרמרקטים מתוכננים באקראי בלי 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 9.90 נועד לגרום לנו להרגיש שהמוצר זול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מוצרים רווחיים ממוקמים בגובה ה__________ כדי שנראה אותם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מוסיקה __________ בסופר גורמת לנו להאט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מוצרי __________ כמו חלב נמצאים בקצה החנות כדי שנעבור ליד הרבה מוצרים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חשבו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ביקור דמיוני בסופר ומנו לפחות שלושה טריקים שתזהו בדרך מהכניסה ועד הקופה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טריק שיווקי אחד וההסבר הפסיכולוגי מאחוריו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9.90 נראה זול יותר מ-10 שקלים?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הסופר - טריקים שיווקיים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